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96D2" w14:textId="77777777" w:rsidR="00763028" w:rsidRDefault="00000000">
      <w:pPr>
        <w:spacing w:after="80"/>
      </w:pPr>
      <w:r>
        <w:rPr>
          <w:b/>
        </w:rPr>
        <w:t>CESTA ZPĚT z. s.</w:t>
      </w:r>
    </w:p>
    <w:p w14:paraId="6572CB55" w14:textId="77777777" w:rsidR="00763028" w:rsidRDefault="00000000">
      <w:pPr>
        <w:spacing w:after="60"/>
      </w:pPr>
      <w:r>
        <w:t>Lesní 199, 270 61 Lány  |  IČO: 04293584</w:t>
      </w:r>
    </w:p>
    <w:p w14:paraId="7FEF5BEF" w14:textId="77777777" w:rsidR="00763028" w:rsidRDefault="00000000">
      <w:pPr>
        <w:spacing w:after="240"/>
      </w:pPr>
      <w:r>
        <w:t>info@anglictinaprakticky.cz  |  +420 605 259 929</w:t>
      </w:r>
    </w:p>
    <w:p w14:paraId="1CA6DAC9" w14:textId="77777777" w:rsidR="00763028" w:rsidRDefault="00000000">
      <w:pPr>
        <w:pStyle w:val="Nzev"/>
      </w:pPr>
      <w:r>
        <w:t>Přihláška do zájmového</w:t>
      </w:r>
      <w:r>
        <w:br/>
        <w:t>kroužku angličtiny</w:t>
      </w:r>
    </w:p>
    <w:p w14:paraId="48240758" w14:textId="77777777" w:rsidR="00763028" w:rsidRDefault="00000000">
      <w:pPr>
        <w:pStyle w:val="Nadpis1"/>
        <w:shd w:val="clear" w:color="auto" w:fill="EAF3F5"/>
        <w:spacing w:before="180"/>
      </w:pPr>
      <w:r>
        <w:t>01   Informace o kroužku</w:t>
      </w:r>
    </w:p>
    <w:p w14:paraId="293A88E5" w14:textId="77777777" w:rsidR="00763028" w:rsidRDefault="00000000">
      <w:pPr>
        <w:spacing w:after="180"/>
      </w:pPr>
      <w:r>
        <w:t>Školní rok / období: __________________________________________</w:t>
      </w:r>
    </w:p>
    <w:p w14:paraId="45A28F6F" w14:textId="77777777" w:rsidR="00763028" w:rsidRDefault="00000000">
      <w:pPr>
        <w:spacing w:after="180"/>
      </w:pPr>
      <w:r>
        <w:t>Místo výuky: ________________________________________________</w:t>
      </w:r>
    </w:p>
    <w:p w14:paraId="086571CA" w14:textId="77777777" w:rsidR="00763028" w:rsidRDefault="00000000">
      <w:pPr>
        <w:spacing w:after="180"/>
      </w:pPr>
      <w:r>
        <w:t>Den a čas: _________________________________________________</w:t>
      </w:r>
    </w:p>
    <w:p w14:paraId="36CB0B67" w14:textId="77777777" w:rsidR="00763028" w:rsidRDefault="00000000">
      <w:pPr>
        <w:spacing w:after="180"/>
      </w:pPr>
      <w:r>
        <w:t>Roční poplatek: _____________________________________________</w:t>
      </w:r>
    </w:p>
    <w:p w14:paraId="26815107" w14:textId="77777777" w:rsidR="00763028" w:rsidRDefault="00000000">
      <w:pPr>
        <w:spacing w:after="180"/>
      </w:pPr>
      <w:r>
        <w:t>Výše a splatnost zálohových plateb: ______________________________</w:t>
      </w:r>
    </w:p>
    <w:p w14:paraId="4A0E2E84" w14:textId="77777777" w:rsidR="00763028" w:rsidRDefault="00000000">
      <w:pPr>
        <w:pStyle w:val="Nadpis1"/>
        <w:shd w:val="clear" w:color="auto" w:fill="EAF3F5"/>
        <w:spacing w:before="180"/>
      </w:pPr>
      <w:r>
        <w:t>02   Dítě</w:t>
      </w:r>
    </w:p>
    <w:p w14:paraId="1D1B67E7" w14:textId="77777777" w:rsidR="00763028" w:rsidRDefault="00000000">
      <w:pPr>
        <w:spacing w:after="200"/>
      </w:pPr>
      <w:r>
        <w:t>Jméno a příjmení: ____________________________________________</w:t>
      </w:r>
    </w:p>
    <w:p w14:paraId="3F6DDC9D" w14:textId="77777777" w:rsidR="00763028" w:rsidRDefault="00000000">
      <w:pPr>
        <w:spacing w:after="200"/>
      </w:pPr>
      <w:r>
        <w:t>Věk: __________________    Třída: _____________________________</w:t>
      </w:r>
    </w:p>
    <w:p w14:paraId="74B548C0" w14:textId="77777777" w:rsidR="00763028" w:rsidRDefault="00000000">
      <w:pPr>
        <w:pStyle w:val="Nadpis1"/>
        <w:shd w:val="clear" w:color="auto" w:fill="EAF3F5"/>
        <w:spacing w:before="180"/>
      </w:pPr>
      <w:r>
        <w:t>03   Zákonný zástupce</w:t>
      </w:r>
    </w:p>
    <w:p w14:paraId="69B4E628" w14:textId="77777777" w:rsidR="00763028" w:rsidRDefault="00000000">
      <w:pPr>
        <w:spacing w:after="200"/>
      </w:pPr>
      <w:r>
        <w:t>Jméno a příjmení: ____________________________________________</w:t>
      </w:r>
    </w:p>
    <w:p w14:paraId="5BEE88D6" w14:textId="77777777" w:rsidR="00763028" w:rsidRDefault="00000000">
      <w:pPr>
        <w:spacing w:after="200"/>
      </w:pPr>
      <w:r>
        <w:t>Telefon: ___________________________________________________</w:t>
      </w:r>
    </w:p>
    <w:p w14:paraId="690460B1" w14:textId="77777777" w:rsidR="00763028" w:rsidRDefault="00000000">
      <w:pPr>
        <w:spacing w:after="200"/>
      </w:pPr>
      <w:r>
        <w:t>E-mail: ____________________________________________________</w:t>
      </w:r>
    </w:p>
    <w:p w14:paraId="67FE562B" w14:textId="77777777" w:rsidR="00763028" w:rsidRDefault="00000000">
      <w:pPr>
        <w:pStyle w:val="Nadpis1"/>
        <w:shd w:val="clear" w:color="auto" w:fill="EAF3F5"/>
        <w:spacing w:before="180"/>
      </w:pPr>
      <w:r>
        <w:t>04   Potvrzení přihlášky</w:t>
      </w:r>
    </w:p>
    <w:p w14:paraId="233C90BB" w14:textId="77777777" w:rsidR="00763028" w:rsidRDefault="00000000">
      <w:pPr>
        <w:spacing w:after="140"/>
      </w:pPr>
      <w:r>
        <w:t>Přihlašuji své dítě do výše uvedené zájmové aktivity spolku Cesta zpět z. s. Potvrzuji, že jsem před přihlášením obdržel/a provozní řád a seznámil/a se s organizací aktivity, ročním poplatkem, platebním kalendářem a pravidly omlouvání, náhrad a ukončení účasti.</w:t>
      </w:r>
    </w:p>
    <w:p w14:paraId="658918FE" w14:textId="77777777" w:rsidR="00763028" w:rsidRDefault="00000000">
      <w:pPr>
        <w:spacing w:after="140"/>
      </w:pPr>
      <w:r>
        <w:t>Beru na vědomí, že roční poplatek se hradí formou zálohových plateb. Při omluvě alespoň 24 hodin před začátkem lekce lze sjednat náhradu podle provozního řádu.</w:t>
      </w:r>
    </w:p>
    <w:p w14:paraId="5790B7EA" w14:textId="77777777" w:rsidR="00763028" w:rsidRDefault="00000000">
      <w:pPr>
        <w:spacing w:after="140"/>
      </w:pPr>
      <w:r>
        <w:t>Výpovědní doba činí jeden kalendářní měsíc od prvního dne měsíce následujícího po doručení výpovědi. Výpověď zasílejte písemně na info@anglictinaprakticky.cz.</w:t>
      </w:r>
    </w:p>
    <w:p w14:paraId="65EC7E92" w14:textId="77777777" w:rsidR="00763028" w:rsidRDefault="00000000">
      <w:pPr>
        <w:spacing w:after="200"/>
      </w:pPr>
      <w:r>
        <w:t>Informace o ochraně osobních údajů a dobrovolný souhlas s fotografiemi jsou na druhé straně.</w:t>
      </w:r>
    </w:p>
    <w:p w14:paraId="3CC09CD4" w14:textId="77777777" w:rsidR="00763028" w:rsidRDefault="00000000">
      <w:pPr>
        <w:spacing w:after="200"/>
      </w:pPr>
      <w:r>
        <w:t>Datum: ______________    Podpis: ______________________________</w:t>
      </w:r>
    </w:p>
    <w:p w14:paraId="444D392C" w14:textId="77777777" w:rsidR="00763028" w:rsidRDefault="00000000">
      <w:r>
        <w:br w:type="page"/>
      </w:r>
    </w:p>
    <w:p w14:paraId="619723C0" w14:textId="77777777" w:rsidR="00763028" w:rsidRDefault="00000000">
      <w:pPr>
        <w:spacing w:after="120"/>
      </w:pPr>
      <w:r>
        <w:rPr>
          <w:b/>
          <w:color w:val="337581"/>
          <w:sz w:val="18"/>
        </w:rPr>
        <w:lastRenderedPageBreak/>
        <w:t>CESTA ZPĚT z. s.  |  INFORMACE PRO RODIČE</w:t>
      </w:r>
    </w:p>
    <w:p w14:paraId="7E4363A0" w14:textId="77777777" w:rsidR="00763028" w:rsidRDefault="00000000">
      <w:pPr>
        <w:pStyle w:val="Nzev"/>
      </w:pPr>
      <w:r>
        <w:t>Ochrana osobních údajů</w:t>
      </w:r>
    </w:p>
    <w:p w14:paraId="7A51DA05" w14:textId="77777777" w:rsidR="00763028" w:rsidRDefault="00000000">
      <w:pPr>
        <w:pStyle w:val="Podnadpis"/>
      </w:pPr>
      <w:r>
        <w:t>Přihláška do kroužku angličtiny • GDPR</w:t>
      </w:r>
    </w:p>
    <w:p w14:paraId="3125FD69" w14:textId="77777777" w:rsidR="00763028" w:rsidRDefault="00000000">
      <w:pPr>
        <w:pStyle w:val="Nadpis1"/>
        <w:shd w:val="clear" w:color="auto" w:fill="EAF3F5"/>
        <w:spacing w:before="180"/>
      </w:pPr>
      <w:r>
        <w:t>01   Jak s údaji pracujeme</w:t>
      </w:r>
    </w:p>
    <w:p w14:paraId="197767E9" w14:textId="77777777" w:rsidR="00763028" w:rsidRDefault="00000000">
      <w:pPr>
        <w:spacing w:after="140"/>
      </w:pPr>
      <w:r>
        <w:rPr>
          <w:b/>
        </w:rPr>
        <w:t>Správce a kontakt</w:t>
      </w:r>
      <w:r>
        <w:rPr>
          <w:b/>
        </w:rPr>
        <w:br/>
      </w:r>
      <w:r>
        <w:t>Správcem osobních údajů je Cesta zpět z. s., IČO 04293584, Lesní 199, 270 61 Lány. Kontakt: info@anglictinaprakticky.cz, +420 605 259 929.</w:t>
      </w:r>
    </w:p>
    <w:p w14:paraId="14DA030E" w14:textId="77777777" w:rsidR="00763028" w:rsidRDefault="00000000">
      <w:pPr>
        <w:spacing w:after="140"/>
      </w:pPr>
      <w:r>
        <w:rPr>
          <w:b/>
        </w:rPr>
        <w:t>Účel a právní základ</w:t>
      </w:r>
      <w:r>
        <w:rPr>
          <w:b/>
        </w:rPr>
        <w:br/>
      </w:r>
      <w:r>
        <w:t>Údaje z přihlášky používáme k přihlášení dítěte, organizaci výuky, vedení docházky, komunikaci se zákonným zástupcem a evidenci plateb. Právním základem je uzavření a plnění smlouvy o účasti v kroužku; u účetních dokladů také plnění zákonných povinností. Bez nezbytných údajů nemůžeme přihlášku vyřídit.</w:t>
      </w:r>
    </w:p>
    <w:p w14:paraId="0AB3E66A" w14:textId="77777777" w:rsidR="00763028" w:rsidRDefault="00000000">
      <w:pPr>
        <w:spacing w:after="140"/>
      </w:pPr>
      <w:r>
        <w:rPr>
          <w:b/>
        </w:rPr>
        <w:t>Doba uchování</w:t>
      </w:r>
      <w:r>
        <w:rPr>
          <w:b/>
        </w:rPr>
        <w:br/>
      </w:r>
      <w:r>
        <w:t>Přihlášky a docházku uchováváme [doplňte konkrétní dobu]. Účetní doklady uchováváme po dobu stanovenou právními předpisy.</w:t>
      </w:r>
    </w:p>
    <w:p w14:paraId="329B1812" w14:textId="77777777" w:rsidR="00763028" w:rsidRDefault="00000000">
      <w:pPr>
        <w:spacing w:after="140"/>
      </w:pPr>
      <w:r>
        <w:rPr>
          <w:b/>
        </w:rPr>
        <w:t>Kdo má k údajům přístup</w:t>
      </w:r>
      <w:r>
        <w:rPr>
          <w:b/>
        </w:rPr>
        <w:br/>
      </w:r>
      <w:r>
        <w:t>Pouze osoby, které údaje potřebují pro zajištění kroužku, a případní poskytovatelé služeb: [doplňte skutečné příjemce nebo jejich kategorie, například účetní a poskytovatel evidenčního systému].</w:t>
      </w:r>
    </w:p>
    <w:p w14:paraId="02F740C9" w14:textId="77777777" w:rsidR="00763028" w:rsidRDefault="00000000">
      <w:pPr>
        <w:spacing w:after="140"/>
      </w:pPr>
      <w:r>
        <w:rPr>
          <w:b/>
        </w:rPr>
        <w:t>Vaše práva</w:t>
      </w:r>
      <w:r>
        <w:rPr>
          <w:b/>
        </w:rPr>
        <w:br/>
      </w:r>
      <w:r>
        <w:t>Za podmínek GDPR můžete požadovat přístup k údajům, jejich opravu, výmaz, omezení zpracování a přenositelnost. Žádosti zasílejte na výše uvedený e-mail. Máte také právo podat stížnost Úřadu pro ochranu osobních údajů.</w:t>
      </w:r>
    </w:p>
    <w:p w14:paraId="627D151E" w14:textId="77777777" w:rsidR="00763028" w:rsidRDefault="00000000">
      <w:pPr>
        <w:spacing w:after="140"/>
      </w:pPr>
      <w:r>
        <w:rPr>
          <w:b/>
        </w:rPr>
        <w:t>Další informace</w:t>
      </w:r>
      <w:r>
        <w:rPr>
          <w:b/>
        </w:rPr>
        <w:br/>
      </w:r>
      <w:r>
        <w:t>Podrobnosti, včetně případného předávání údajů mimo EU/EHP, najdete v [přesný odkaz / přiložené informace o ochraně osobních údajů].</w:t>
      </w:r>
    </w:p>
    <w:p w14:paraId="739FFF48" w14:textId="77777777" w:rsidR="00763028" w:rsidRDefault="00000000">
      <w:pPr>
        <w:pStyle w:val="Nadpis1"/>
        <w:shd w:val="clear" w:color="auto" w:fill="EAF3F5"/>
        <w:spacing w:before="180"/>
      </w:pPr>
      <w:r>
        <w:t>02   Dobrovolný souhlas s fotografiemi</w:t>
      </w:r>
    </w:p>
    <w:p w14:paraId="5C1166C3" w14:textId="77777777" w:rsidR="00763028" w:rsidRDefault="00000000">
      <w:pPr>
        <w:spacing w:after="180"/>
      </w:pPr>
      <w:r>
        <w:t>☐  Souhlasím s pořizováním fotografií mého dítěte při kroužku a jejich zveřejněním na webu [konkrétní adresa] za účelem prezentace činnosti spolku Cesta zpět z. s., bez uvedení jména dítěte.</w:t>
      </w:r>
    </w:p>
    <w:p w14:paraId="22A03F8D" w14:textId="77777777" w:rsidR="00763028" w:rsidRDefault="00000000">
      <w:pPr>
        <w:spacing w:after="180"/>
      </w:pPr>
      <w:r>
        <w:t>Souhlas uděluji do [konkrétní datum]. Je dobrovolný a jeho neudělení nemá vliv na účast dítěte v kroužku. Mohu jej kdykoli odvolat e-mailem na info@anglictinaprakticky.cz. Odvolání nemá vliv na zákonnost zpracování před jeho odvoláním.</w:t>
      </w:r>
    </w:p>
    <w:p w14:paraId="78B2CF99" w14:textId="77777777" w:rsidR="00763028" w:rsidRDefault="00000000">
      <w:pPr>
        <w:spacing w:after="240"/>
      </w:pPr>
      <w:r>
        <w:t>Jméno dítěte: _______________________________________________</w:t>
      </w:r>
    </w:p>
    <w:p w14:paraId="7ED31671" w14:textId="77777777" w:rsidR="00763028" w:rsidRDefault="00000000">
      <w:pPr>
        <w:spacing w:after="180"/>
      </w:pPr>
      <w:r>
        <w:t>Datum: ______________    Podpis: ______________________________</w:t>
      </w:r>
    </w:p>
    <w:sectPr w:rsidR="00763028" w:rsidSect="00034616">
      <w:footerReference w:type="default" r:id="rId8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8E2D4" w14:textId="77777777" w:rsidR="00EE3CEF" w:rsidRDefault="00EE3CEF">
      <w:pPr>
        <w:spacing w:after="0" w:line="240" w:lineRule="auto"/>
      </w:pPr>
      <w:r>
        <w:separator/>
      </w:r>
    </w:p>
  </w:endnote>
  <w:endnote w:type="continuationSeparator" w:id="0">
    <w:p w14:paraId="640C72E5" w14:textId="77777777" w:rsidR="00EE3CEF" w:rsidRDefault="00EE3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276C" w14:textId="77777777" w:rsidR="00763028" w:rsidRDefault="00000000">
    <w:pPr>
      <w:pStyle w:val="Zpat"/>
      <w:jc w:val="right"/>
    </w:pPr>
    <w:r>
      <w:rPr>
        <w:color w:val="337581"/>
        <w:sz w:val="16"/>
      </w:rPr>
      <w:t xml:space="preserve">CESTA ZPĚT z. s.  •  KROUŽEK ANGLIČTINY  •  </w:t>
    </w:r>
    <w:r>
      <w:fldChar w:fldCharType="begin"/>
    </w:r>
    <w:r>
      <w:instrText>PAGE</w:instrText>
    </w:r>
    <w:r>
      <w:fldChar w:fldCharType="separate"/>
    </w:r>
    <w:r w:rsidR="0087747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CEA2" w14:textId="77777777" w:rsidR="00EE3CEF" w:rsidRDefault="00EE3CEF">
      <w:pPr>
        <w:spacing w:after="0" w:line="240" w:lineRule="auto"/>
      </w:pPr>
      <w:r>
        <w:separator/>
      </w:r>
    </w:p>
  </w:footnote>
  <w:footnote w:type="continuationSeparator" w:id="0">
    <w:p w14:paraId="0B4E1766" w14:textId="77777777" w:rsidR="00EE3CEF" w:rsidRDefault="00EE3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8949600">
    <w:abstractNumId w:val="8"/>
  </w:num>
  <w:num w:numId="2" w16cid:durableId="100152321">
    <w:abstractNumId w:val="6"/>
  </w:num>
  <w:num w:numId="3" w16cid:durableId="1208756855">
    <w:abstractNumId w:val="5"/>
  </w:num>
  <w:num w:numId="4" w16cid:durableId="153492247">
    <w:abstractNumId w:val="4"/>
  </w:num>
  <w:num w:numId="5" w16cid:durableId="1211455011">
    <w:abstractNumId w:val="7"/>
  </w:num>
  <w:num w:numId="6" w16cid:durableId="1762216968">
    <w:abstractNumId w:val="3"/>
  </w:num>
  <w:num w:numId="7" w16cid:durableId="1716466711">
    <w:abstractNumId w:val="2"/>
  </w:num>
  <w:num w:numId="8" w16cid:durableId="800805147">
    <w:abstractNumId w:val="1"/>
  </w:num>
  <w:num w:numId="9" w16cid:durableId="59489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63028"/>
    <w:rsid w:val="0087747A"/>
    <w:rsid w:val="009C3B5B"/>
    <w:rsid w:val="00AA1D8D"/>
    <w:rsid w:val="00B47730"/>
    <w:rsid w:val="00CB0664"/>
    <w:rsid w:val="00EE3C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373FE"/>
  <w14:defaultImageDpi w14:val="300"/>
  <w15:docId w15:val="{34C50D3E-A8FC-4730-82FC-45A33623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60" w:line="264" w:lineRule="auto"/>
    </w:pPr>
    <w:rPr>
      <w:rFonts w:ascii="Calibri" w:hAnsi="Calibri"/>
      <w:color w:val="000000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kroužku angličtiny</dc:title>
  <dc:subject/>
  <dc:creator>stana marias</dc:creator>
  <cp:keywords/>
  <dc:description>generated by python-docx</dc:description>
  <cp:lastModifiedBy>stana marias</cp:lastModifiedBy>
  <cp:revision>2</cp:revision>
  <dcterms:created xsi:type="dcterms:W3CDTF">2026-09-14T09:32:00Z</dcterms:created>
  <dcterms:modified xsi:type="dcterms:W3CDTF">2026-09-14T09:32:00Z</dcterms:modified>
  <cp:category/>
</cp:coreProperties>
</file>